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Certificate of Residency Request Kit: CRA (Canada) and ATO (Australia)</w:t>
      </w:r>
    </w:p>
    <w:p>
      <w:r>
        <w:rPr>
          <w:b w:val="0"/>
          <w:i w:val="0"/>
        </w:rPr>
        <w:t>Four tools in one file: (1) a CRA request letter for an individual, (2) a CRA request letter for a corporation, (3) an ATO cover note and field-by-field checklist for the NAT 75442 (companies) and NAT 75441 (individuals) forms, and (4) a one-page chart: do you need a certificate of residency, a W-8BEN-E, or both?</w:t>
      </w:r>
    </w:p>
    <w:p>
      <w:pPr>
        <w:shd w:val="clear" w:color="auto" w:fill="EFF6FF"/>
      </w:pPr>
      <w:r>
        <w:rPr>
          <w:b/>
          <w:i w:val="0"/>
          <w:color w:val="1E3A8A"/>
          <w:sz w:val="19"/>
        </w:rPr>
        <w:t>Note:</w:t>
      </w:r>
      <w:r>
        <w:rPr>
          <w:b w:val="0"/>
          <w:i w:val="0"/>
          <w:color w:val="1E3A8A"/>
          <w:sz w:val="19"/>
        </w:rPr>
        <w:t xml:space="preserve"> </w:t>
      </w:r>
      <w:r>
        <w:rPr>
          <w:b/>
          <w:i w:val="0"/>
          <w:color w:val="1E3A8A"/>
          <w:sz w:val="19"/>
        </w:rPr>
        <w:t>Sample wording, not tax or legal advice.</w:t>
      </w:r>
      <w:r>
        <w:rPr>
          <w:b w:val="0"/>
          <w:i w:val="0"/>
          <w:color w:val="1E3A8A"/>
          <w:sz w:val="19"/>
        </w:rPr>
        <w:t xml:space="preserve"> Requirements below come from the CRA page "Certificate of residency", the ATO pages for NAT 75441 and NAT 75442 and the NAT 75442 form itself (version NAT 75442-11.2025), the IRS instructions for Forms W-8BEN and W-8BEN-E, and Treasury Regulation 1.1441-6, all checked on 4 Nov 2026. Agencies change their processes; re-check the official page before you send anything.</w:t>
      </w:r>
    </w:p>
    <w:p>
      <w:pPr>
        <w:pStyle w:val="Heading2"/>
      </w:pPr>
      <w:r>
        <w:t>How to use this kit</w:t>
      </w:r>
    </w:p>
    <w:p>
      <w:pPr>
        <w:pStyle w:val="ListBullet"/>
      </w:pPr>
      <w:r>
        <w:rPr>
          <w:b w:val="0"/>
          <w:i w:val="0"/>
        </w:rPr>
        <w:t>Every field to complete is in [BRACKETS]. Delete the guidance notes before you send.</w:t>
      </w:r>
    </w:p>
    <w:p>
      <w:pPr>
        <w:pStyle w:val="ListBullet"/>
      </w:pPr>
      <w:r>
        <w:rPr>
          <w:b w:val="0"/>
          <w:i w:val="0"/>
        </w:rPr>
        <w:t>Before you request: make sure your tax returns are filed and up to date. Both the CRA and the ATO say this first.</w:t>
      </w:r>
    </w:p>
    <w:p>
      <w:pPr>
        <w:pStyle w:val="ListBullet"/>
      </w:pPr>
      <w:r>
        <w:rPr>
          <w:b w:val="0"/>
          <w:i w:val="0"/>
        </w:rPr>
        <w:t>Ask the foreign payer or tax authority which format it accepts. The CRA warns that not all foreign governments accept its standard letter; some want their own form certified instead.</w:t>
      </w:r>
    </w:p>
    <w:p>
      <w:pPr>
        <w:pStyle w:val="ListBullet"/>
      </w:pPr>
      <w:r>
        <w:rPr>
          <w:b w:val="0"/>
          <w:i w:val="0"/>
        </w:rPr>
        <w:t>CRA: send the letter online through your CRA account (Submit documents), by mail or fax. A standard letter can also be requested by phone.</w:t>
      </w:r>
    </w:p>
    <w:p>
      <w:pPr>
        <w:pStyle w:val="ListBullet"/>
      </w:pPr>
      <w:r>
        <w:rPr>
          <w:b w:val="0"/>
          <w:i w:val="0"/>
        </w:rPr>
        <w:t>ATO: there is no free-form letter route on the current pages. Complete the PDF form (NAT 75442 for companies, NAT 75441 for individuals) and lodge it through Online services (Secure mail) or by mail. Use page 4 of this kit as the cover note and checklist.</w:t>
      </w:r>
    </w:p>
    <w:p>
      <w:r>
        <w:rPr>
          <w:b w:val="0"/>
          <w:i/>
          <w:sz w:val="17"/>
        </w:rPr>
        <w:t>Sample wording, not tax or legal advice. Official pages checked on 4 Nov 2026. unboxth.xyz</w:t>
      </w:r>
    </w:p>
    <w:p>
      <w:r>
        <w:br w:type="page"/>
      </w:r>
    </w:p>
    <w:p>
      <w:pPr>
        <w:pStyle w:val="Heading1"/>
      </w:pPr>
      <w:r>
        <w:t>1. CRA request letter: individual</w:t>
      </w:r>
    </w:p>
    <w:p>
      <w:pPr>
        <w:shd w:val="clear" w:color="auto" w:fill="EFF6FF"/>
      </w:pPr>
      <w:r>
        <w:rPr>
          <w:b/>
          <w:i w:val="0"/>
          <w:color w:val="1E3A8A"/>
          <w:sz w:val="19"/>
        </w:rPr>
        <w:t>Note:</w:t>
      </w:r>
      <w:r>
        <w:rPr>
          <w:b w:val="0"/>
          <w:i w:val="0"/>
          <w:color w:val="1E3A8A"/>
          <w:sz w:val="19"/>
        </w:rPr>
        <w:t xml:space="preserve"> The CRA lists what an individual's request should include: full name, address, social insurance number (SIN), the foreign country or countries or the tax treaty (with specific provisions where applicable) and the tax year(s). Online: CRA account &gt; Submit documents &gt; topic "Contact Centre Correspondence" or "Contact Centre and International Correspondence". Phone (standard letter only), individuals: 1-800-959-8281. Requests for a future year are accepted from October 15 of the current year.</w:t>
      </w:r>
    </w:p>
    <w:p>
      <w:r>
        <w:rPr>
          <w:b w:val="0"/>
          <w:i w:val="0"/>
        </w:rPr>
        <w:t>[YOUR FULL NAME]</w:t>
        <w:br/>
        <w:t>[STREET ADDRESS]</w:t>
        <w:br/>
        <w:t>[CITY, PROVINCE  POSTAL CODE]</w:t>
        <w:br/>
        <w:t>[EMAIL]  |  [PHONE]</w:t>
      </w:r>
    </w:p>
    <w:p>
      <w:r>
        <w:rPr>
          <w:b w:val="0"/>
          <w:i w:val="0"/>
        </w:rPr>
        <w:t>[DATE]</w:t>
      </w:r>
    </w:p>
    <w:p>
      <w:r>
        <w:rPr>
          <w:b w:val="0"/>
          <w:i w:val="0"/>
        </w:rPr>
        <w:t>Canada Revenue Agency</w:t>
        <w:br/>
        <w:t>Contact Center Correspondence Program</w:t>
        <w:br/>
        <w:t>Sudbury Tax Centre</w:t>
        <w:br/>
        <w:t>PO Box 20000 Station A</w:t>
        <w:br/>
        <w:t>Sudbury ON  P3A 5C1</w:t>
        <w:br/>
        <w:t>Fax: 418-562-3368 or 1-833-697-2401   [or: submitted online via My Account, Submit documents]</w:t>
      </w:r>
    </w:p>
    <w:p>
      <w:r>
        <w:rPr>
          <w:b/>
          <w:i w:val="0"/>
        </w:rPr>
        <w:t>Re: Request for a certificate of residency, [YOUR FULL NAME], SIN [XXX XXX XXX]</w:t>
      </w:r>
    </w:p>
    <w:p>
      <w:r>
        <w:rPr>
          <w:b w:val="0"/>
          <w:i w:val="0"/>
        </w:rPr>
        <w:t>I request a certificate of residency confirming that I was a resident of Canada for income tax purposes for the following:</w:t>
      </w:r>
    </w:p>
    <w:tbl>
      <w:tblPr>
        <w:tblStyle w:val="TableGrid"/>
        <w:tblW w:type="auto" w:w="0"/>
        <w:tblLook w:firstColumn="1" w:firstRow="1" w:lastColumn="0" w:lastRow="0" w:noHBand="0" w:noVBand="1" w:val="04A0"/>
      </w:tblPr>
      <w:tblGrid>
        <w:gridCol w:w="4824"/>
        <w:gridCol w:w="4824"/>
      </w:tblGrid>
      <w:tr>
        <w:tc>
          <w:tcPr>
            <w:tcW w:type="dxa" w:w="4824"/>
          </w:tcPr>
          <w:p>
            <w:r/>
            <w:r>
              <w:rPr>
                <w:b/>
                <w:i w:val="0"/>
                <w:sz w:val="18"/>
              </w:rPr>
              <w:t>Item</w:t>
            </w:r>
          </w:p>
        </w:tc>
        <w:tc>
          <w:tcPr>
            <w:tcW w:type="dxa" w:w="4824"/>
          </w:tcPr>
          <w:p>
            <w:r/>
            <w:r>
              <w:rPr>
                <w:b/>
                <w:i w:val="0"/>
                <w:sz w:val="18"/>
              </w:rPr>
              <w:t>Details</w:t>
            </w:r>
          </w:p>
        </w:tc>
      </w:tr>
      <w:tr>
        <w:tc>
          <w:tcPr>
            <w:tcW w:type="dxa" w:w="4824"/>
          </w:tcPr>
          <w:p>
            <w:r/>
            <w:r>
              <w:rPr>
                <w:b w:val="0"/>
                <w:i w:val="0"/>
                <w:sz w:val="18"/>
              </w:rPr>
              <w:t>Full name</w:t>
            </w:r>
          </w:p>
        </w:tc>
        <w:tc>
          <w:tcPr>
            <w:tcW w:type="dxa" w:w="4824"/>
          </w:tcPr>
          <w:p>
            <w:r/>
            <w:r>
              <w:rPr>
                <w:b w:val="0"/>
                <w:i w:val="0"/>
                <w:sz w:val="18"/>
              </w:rPr>
              <w:t>[AS SHOWN ON YOUR CRA RECORD]</w:t>
            </w:r>
          </w:p>
        </w:tc>
      </w:tr>
      <w:tr>
        <w:tc>
          <w:tcPr>
            <w:tcW w:type="dxa" w:w="4824"/>
          </w:tcPr>
          <w:p>
            <w:r/>
            <w:r>
              <w:rPr>
                <w:b w:val="0"/>
                <w:i w:val="0"/>
                <w:sz w:val="18"/>
              </w:rPr>
              <w:t>Address</w:t>
            </w:r>
          </w:p>
        </w:tc>
        <w:tc>
          <w:tcPr>
            <w:tcW w:type="dxa" w:w="4824"/>
          </w:tcPr>
          <w:p>
            <w:r/>
            <w:r>
              <w:rPr>
                <w:b w:val="0"/>
                <w:i w:val="0"/>
                <w:sz w:val="18"/>
              </w:rPr>
              <w:t>[ADDRESS ON FILE WITH THE CRA]</w:t>
            </w:r>
          </w:p>
        </w:tc>
      </w:tr>
      <w:tr>
        <w:tc>
          <w:tcPr>
            <w:tcW w:type="dxa" w:w="4824"/>
          </w:tcPr>
          <w:p>
            <w:r/>
            <w:r>
              <w:rPr>
                <w:b w:val="0"/>
                <w:i w:val="0"/>
                <w:sz w:val="18"/>
              </w:rPr>
              <w:t>Social insurance number</w:t>
            </w:r>
          </w:p>
        </w:tc>
        <w:tc>
          <w:tcPr>
            <w:tcW w:type="dxa" w:w="4824"/>
          </w:tcPr>
          <w:p>
            <w:r/>
            <w:r>
              <w:rPr>
                <w:b w:val="0"/>
                <w:i w:val="0"/>
                <w:sz w:val="18"/>
              </w:rPr>
              <w:t>[XXX XXX XXX]</w:t>
            </w:r>
          </w:p>
        </w:tc>
      </w:tr>
      <w:tr>
        <w:tc>
          <w:tcPr>
            <w:tcW w:type="dxa" w:w="4824"/>
          </w:tcPr>
          <w:p>
            <w:r/>
            <w:r>
              <w:rPr>
                <w:b w:val="0"/>
                <w:i w:val="0"/>
                <w:sz w:val="18"/>
              </w:rPr>
              <w:t>Foreign country / treaty</w:t>
            </w:r>
          </w:p>
        </w:tc>
        <w:tc>
          <w:tcPr>
            <w:tcW w:type="dxa" w:w="4824"/>
          </w:tcPr>
          <w:p>
            <w:r/>
            <w:r>
              <w:rPr>
                <w:b w:val="0"/>
                <w:i w:val="0"/>
                <w:sz w:val="18"/>
              </w:rPr>
              <w:t>[COUNTRY], under the [Canada-COUNTRY] income tax convention[, Article XX (for example, royalties)]</w:t>
            </w:r>
          </w:p>
        </w:tc>
      </w:tr>
      <w:tr>
        <w:tc>
          <w:tcPr>
            <w:tcW w:type="dxa" w:w="4824"/>
          </w:tcPr>
          <w:p>
            <w:r/>
            <w:r>
              <w:rPr>
                <w:b w:val="0"/>
                <w:i w:val="0"/>
                <w:sz w:val="18"/>
              </w:rPr>
              <w:t>Tax year(s)</w:t>
            </w:r>
          </w:p>
        </w:tc>
        <w:tc>
          <w:tcPr>
            <w:tcW w:type="dxa" w:w="4824"/>
          </w:tcPr>
          <w:p>
            <w:r/>
            <w:r>
              <w:rPr>
                <w:b w:val="0"/>
                <w:i w:val="0"/>
                <w:sz w:val="18"/>
              </w:rPr>
              <w:t>[YEAR] [and YEAR]</w:t>
            </w:r>
          </w:p>
        </w:tc>
      </w:tr>
      <w:tr>
        <w:tc>
          <w:tcPr>
            <w:tcW w:type="dxa" w:w="4824"/>
          </w:tcPr>
          <w:p>
            <w:r/>
            <w:r>
              <w:rPr>
                <w:b w:val="0"/>
                <w:i w:val="0"/>
                <w:sz w:val="18"/>
              </w:rPr>
              <w:t>Format</w:t>
            </w:r>
          </w:p>
        </w:tc>
        <w:tc>
          <w:tcPr>
            <w:tcW w:type="dxa" w:w="4824"/>
          </w:tcPr>
          <w:p>
            <w:r/>
            <w:r>
              <w:rPr>
                <w:b w:val="0"/>
                <w:i w:val="0"/>
                <w:sz w:val="18"/>
              </w:rPr>
              <w:t>[Standard CRA letter]  OR  [Certification of the enclosed official form issued by the COUNTRY tax authority]</w:t>
            </w:r>
          </w:p>
        </w:tc>
      </w:tr>
      <w:tr>
        <w:tc>
          <w:tcPr>
            <w:tcW w:type="dxa" w:w="4824"/>
          </w:tcPr>
          <w:p>
            <w:r/>
            <w:r>
              <w:rPr>
                <w:b w:val="0"/>
                <w:i w:val="0"/>
                <w:sz w:val="18"/>
              </w:rPr>
              <w:t>Copies</w:t>
            </w:r>
          </w:p>
        </w:tc>
        <w:tc>
          <w:tcPr>
            <w:tcW w:type="dxa" w:w="4824"/>
          </w:tcPr>
          <w:p>
            <w:r/>
            <w:r>
              <w:rPr>
                <w:b w:val="0"/>
                <w:i w:val="0"/>
                <w:sz w:val="18"/>
              </w:rPr>
              <w:t>[1] per country</w:t>
            </w:r>
          </w:p>
        </w:tc>
      </w:tr>
      <w:tr>
        <w:tc>
          <w:tcPr>
            <w:tcW w:type="dxa" w:w="4824"/>
          </w:tcPr>
          <w:p>
            <w:r/>
            <w:r>
              <w:rPr>
                <w:b w:val="0"/>
                <w:i w:val="0"/>
                <w:sz w:val="18"/>
              </w:rPr>
              <w:t>Purpose (optional)</w:t>
            </w:r>
          </w:p>
        </w:tc>
        <w:tc>
          <w:tcPr>
            <w:tcW w:type="dxa" w:w="4824"/>
          </w:tcPr>
          <w:p>
            <w:r/>
            <w:r>
              <w:rPr>
                <w:b w:val="0"/>
                <w:i w:val="0"/>
                <w:sz w:val="18"/>
              </w:rPr>
              <w:t>To claim a reduced rate of [COUNTRY] withholding tax on [TYPE OF INCOME] paid by [PAYER NAME].</w:t>
            </w:r>
          </w:p>
        </w:tc>
      </w:tr>
    </w:tbl>
    <w:p/>
    <w:p>
      <w:r>
        <w:rPr>
          <w:b w:val="0"/>
          <w:i w:val="0"/>
        </w:rPr>
        <w:t>My income tax and benefit returns for the year(s) above have been filed as a resident of Canada. [If enclosing a foreign form: I have completed all relevant sections and left the section for certification by the foreign tax administration blank.]</w:t>
      </w:r>
    </w:p>
    <w:p>
      <w:r>
        <w:rPr>
          <w:b w:val="0"/>
          <w:i w:val="0"/>
        </w:rPr>
        <w:t>Please send the certificate to the address above. [If the foreign authority needs the original form back, I am sending this request by mail.]</w:t>
      </w:r>
    </w:p>
    <w:p>
      <w:r>
        <w:rPr>
          <w:b w:val="0"/>
          <w:i w:val="0"/>
        </w:rPr>
        <w:t>Sincerely,</w:t>
      </w:r>
    </w:p>
    <w:p>
      <w:r>
        <w:br/>
        <w:t>______________________________        Date: ________________</w:t>
        <w:br/>
        <w:t>[YOUR FULL NAME]</w:t>
      </w:r>
    </w:p>
    <w:p>
      <w:r>
        <w:rPr>
          <w:b w:val="0"/>
          <w:i w:val="0"/>
        </w:rPr>
        <w:t>Enclosures: [foreign form, if any]</w:t>
      </w:r>
    </w:p>
    <w:p>
      <w:pPr>
        <w:shd w:val="clear" w:color="auto" w:fill="EFF6FF"/>
      </w:pPr>
      <w:r>
        <w:rPr>
          <w:b/>
          <w:i w:val="0"/>
          <w:color w:val="1E3A8A"/>
          <w:sz w:val="19"/>
        </w:rPr>
        <w:t>Note:</w:t>
      </w:r>
      <w:r>
        <w:rPr>
          <w:b w:val="0"/>
          <w:i w:val="0"/>
          <w:color w:val="1E3A8A"/>
          <w:sz w:val="19"/>
        </w:rPr>
        <w:t xml:space="preserve"> Do not request a certificate if you were deemed a non-resident of Canada under a treaty tie-breaker rule or a competent authority agreement; the CRA page says such a person should not ask for one. The CRA cannot apostille or authenticate the certificate: that goes through a Canadian notary and Global Affairs Canada.</w:t>
      </w:r>
    </w:p>
    <w:p>
      <w:r>
        <w:rPr>
          <w:b w:val="0"/>
          <w:i/>
          <w:sz w:val="17"/>
        </w:rPr>
        <w:t>Sample wording, not tax or legal advice. Official pages checked on 4 Nov 2026. unboxth.xyz</w:t>
      </w:r>
    </w:p>
    <w:p>
      <w:r>
        <w:br w:type="page"/>
      </w:r>
    </w:p>
    <w:p>
      <w:pPr>
        <w:pStyle w:val="Heading1"/>
      </w:pPr>
      <w:r>
        <w:t>2. CRA request letter: corporation</w:t>
      </w:r>
    </w:p>
    <w:p>
      <w:pPr>
        <w:shd w:val="clear" w:color="auto" w:fill="EFF6FF"/>
      </w:pPr>
      <w:r>
        <w:rPr>
          <w:b/>
          <w:i w:val="0"/>
          <w:color w:val="1E3A8A"/>
          <w:sz w:val="19"/>
        </w:rPr>
        <w:t>Note:</w:t>
      </w:r>
      <w:r>
        <w:rPr>
          <w:b w:val="0"/>
          <w:i w:val="0"/>
          <w:color w:val="1E3A8A"/>
          <w:sz w:val="19"/>
        </w:rPr>
        <w:t xml:space="preserve"> For corporations the CRA asks for: name of the corporation (and proof of any recent name change), mailing address, business number (BN), the foreign country or countries or treaty (with specific articles where applicable), and the tax year(s). Online: My Business Account (or Represent a client for your accountant) &gt; Submit documents. Phone (standard letter only), corporations: 1-800-959-5525. The CRA does not issue certificates to partnerships or to fiscally transparent entities, so a US LLC cannot get one from the CRA.</w:t>
      </w:r>
    </w:p>
    <w:p>
      <w:r>
        <w:rPr>
          <w:b w:val="0"/>
          <w:i w:val="0"/>
        </w:rPr>
        <w:t>[CORPORATION LEGAL NAME]</w:t>
        <w:br/>
        <w:t>[MAILING ADDRESS]</w:t>
        <w:br/>
        <w:t>[CITY, PROVINCE  POSTAL CODE]</w:t>
        <w:br/>
        <w:t>Contact: [NAME, TITLE]  |  [EMAIL]  |  [PHONE]</w:t>
      </w:r>
    </w:p>
    <w:p>
      <w:r>
        <w:rPr>
          <w:b w:val="0"/>
          <w:i w:val="0"/>
        </w:rPr>
        <w:t>[DATE]</w:t>
      </w:r>
    </w:p>
    <w:p>
      <w:r>
        <w:rPr>
          <w:b w:val="0"/>
          <w:i w:val="0"/>
        </w:rPr>
        <w:t>Canada Revenue Agency</w:t>
        <w:br/>
        <w:t>Contact Center Correspondence Program</w:t>
        <w:br/>
        <w:t>Sudbury Tax Centre</w:t>
        <w:br/>
        <w:t>PO Box 20000 Station A</w:t>
        <w:br/>
        <w:t>Sudbury ON  P3A 5C1</w:t>
        <w:br/>
        <w:t>Fax: 418-562-3368 or 1-833-697-2401   [or: submitted online via My Business Account, Submit documents]</w:t>
      </w:r>
    </w:p>
    <w:p>
      <w:r>
        <w:rPr>
          <w:b/>
          <w:i w:val="0"/>
        </w:rPr>
        <w:t>Re: Request for a certificate of residency, [CORPORATION LEGAL NAME], BN [123456789 RC0001]</w:t>
      </w:r>
    </w:p>
    <w:p>
      <w:r>
        <w:rPr>
          <w:b w:val="0"/>
          <w:i w:val="0"/>
        </w:rPr>
        <w:t>[CORPORATION LEGAL NAME] requests a certificate of residency confirming that it was a resident of Canada for income tax purposes, as follows:</w:t>
      </w:r>
    </w:p>
    <w:tbl>
      <w:tblPr>
        <w:tblStyle w:val="TableGrid"/>
        <w:tblW w:type="auto" w:w="0"/>
        <w:tblLook w:firstColumn="1" w:firstRow="1" w:lastColumn="0" w:lastRow="0" w:noHBand="0" w:noVBand="1" w:val="04A0"/>
      </w:tblPr>
      <w:tblGrid>
        <w:gridCol w:w="4824"/>
        <w:gridCol w:w="4824"/>
      </w:tblGrid>
      <w:tr>
        <w:tc>
          <w:tcPr>
            <w:tcW w:type="dxa" w:w="4824"/>
          </w:tcPr>
          <w:p>
            <w:r/>
            <w:r>
              <w:rPr>
                <w:b/>
                <w:i w:val="0"/>
                <w:sz w:val="18"/>
              </w:rPr>
              <w:t>Item</w:t>
            </w:r>
          </w:p>
        </w:tc>
        <w:tc>
          <w:tcPr>
            <w:tcW w:type="dxa" w:w="4824"/>
          </w:tcPr>
          <w:p>
            <w:r/>
            <w:r>
              <w:rPr>
                <w:b/>
                <w:i w:val="0"/>
                <w:sz w:val="18"/>
              </w:rPr>
              <w:t>Details</w:t>
            </w:r>
          </w:p>
        </w:tc>
      </w:tr>
      <w:tr>
        <w:tc>
          <w:tcPr>
            <w:tcW w:type="dxa" w:w="4824"/>
          </w:tcPr>
          <w:p>
            <w:r/>
            <w:r>
              <w:rPr>
                <w:b w:val="0"/>
                <w:i w:val="0"/>
                <w:sz w:val="18"/>
              </w:rPr>
              <w:t>Corporation name</w:t>
            </w:r>
          </w:p>
        </w:tc>
        <w:tc>
          <w:tcPr>
            <w:tcW w:type="dxa" w:w="4824"/>
          </w:tcPr>
          <w:p>
            <w:r/>
            <w:r>
              <w:rPr>
                <w:b w:val="0"/>
                <w:i w:val="0"/>
                <w:sz w:val="18"/>
              </w:rPr>
              <w:t>[LEGAL NAME ON CRA RECORD]  [Former name: NAME, changed DATE; proof enclosed]</w:t>
            </w:r>
          </w:p>
        </w:tc>
      </w:tr>
      <w:tr>
        <w:tc>
          <w:tcPr>
            <w:tcW w:type="dxa" w:w="4824"/>
          </w:tcPr>
          <w:p>
            <w:r/>
            <w:r>
              <w:rPr>
                <w:b w:val="0"/>
                <w:i w:val="0"/>
                <w:sz w:val="18"/>
              </w:rPr>
              <w:t>Mailing address</w:t>
            </w:r>
          </w:p>
        </w:tc>
        <w:tc>
          <w:tcPr>
            <w:tcW w:type="dxa" w:w="4824"/>
          </w:tcPr>
          <w:p>
            <w:r/>
            <w:r>
              <w:rPr>
                <w:b w:val="0"/>
                <w:i w:val="0"/>
                <w:sz w:val="18"/>
              </w:rPr>
              <w:t>[ADDRESS]</w:t>
            </w:r>
          </w:p>
        </w:tc>
      </w:tr>
      <w:tr>
        <w:tc>
          <w:tcPr>
            <w:tcW w:type="dxa" w:w="4824"/>
          </w:tcPr>
          <w:p>
            <w:r/>
            <w:r>
              <w:rPr>
                <w:b w:val="0"/>
                <w:i w:val="0"/>
                <w:sz w:val="18"/>
              </w:rPr>
              <w:t>Business number</w:t>
            </w:r>
          </w:p>
        </w:tc>
        <w:tc>
          <w:tcPr>
            <w:tcW w:type="dxa" w:w="4824"/>
          </w:tcPr>
          <w:p>
            <w:r/>
            <w:r>
              <w:rPr>
                <w:b w:val="0"/>
                <w:i w:val="0"/>
                <w:sz w:val="18"/>
              </w:rPr>
              <w:t>[123456789 RC0001]</w:t>
            </w:r>
          </w:p>
        </w:tc>
      </w:tr>
      <w:tr>
        <w:tc>
          <w:tcPr>
            <w:tcW w:type="dxa" w:w="4824"/>
          </w:tcPr>
          <w:p>
            <w:r/>
            <w:r>
              <w:rPr>
                <w:b w:val="0"/>
                <w:i w:val="0"/>
                <w:sz w:val="18"/>
              </w:rPr>
              <w:t>Foreign country / treaty</w:t>
            </w:r>
          </w:p>
        </w:tc>
        <w:tc>
          <w:tcPr>
            <w:tcW w:type="dxa" w:w="4824"/>
          </w:tcPr>
          <w:p>
            <w:r/>
            <w:r>
              <w:rPr>
                <w:b w:val="0"/>
                <w:i w:val="0"/>
                <w:sz w:val="18"/>
              </w:rPr>
              <w:t>[COUNTRY], under the [Canada-COUNTRY] income tax convention[, Article XX]</w:t>
            </w:r>
          </w:p>
        </w:tc>
      </w:tr>
      <w:tr>
        <w:tc>
          <w:tcPr>
            <w:tcW w:type="dxa" w:w="4824"/>
          </w:tcPr>
          <w:p>
            <w:r/>
            <w:r>
              <w:rPr>
                <w:b w:val="0"/>
                <w:i w:val="0"/>
                <w:sz w:val="18"/>
              </w:rPr>
              <w:t>Tax year(s)</w:t>
            </w:r>
          </w:p>
        </w:tc>
        <w:tc>
          <w:tcPr>
            <w:tcW w:type="dxa" w:w="4824"/>
          </w:tcPr>
          <w:p>
            <w:r/>
            <w:r>
              <w:rPr>
                <w:b w:val="0"/>
                <w:i w:val="0"/>
                <w:sz w:val="18"/>
              </w:rPr>
              <w:t>[Taxation year ending DATE] [and ...]</w:t>
            </w:r>
          </w:p>
        </w:tc>
      </w:tr>
      <w:tr>
        <w:tc>
          <w:tcPr>
            <w:tcW w:type="dxa" w:w="4824"/>
          </w:tcPr>
          <w:p>
            <w:r/>
            <w:r>
              <w:rPr>
                <w:b w:val="0"/>
                <w:i w:val="0"/>
                <w:sz w:val="18"/>
              </w:rPr>
              <w:t>Format</w:t>
            </w:r>
          </w:p>
        </w:tc>
        <w:tc>
          <w:tcPr>
            <w:tcW w:type="dxa" w:w="4824"/>
          </w:tcPr>
          <w:p>
            <w:r/>
            <w:r>
              <w:rPr>
                <w:b w:val="0"/>
                <w:i w:val="0"/>
                <w:sz w:val="18"/>
              </w:rPr>
              <w:t>[Standard CRA letter]  OR  [Certification of the enclosed official COUNTRY form]</w:t>
            </w:r>
          </w:p>
        </w:tc>
      </w:tr>
      <w:tr>
        <w:tc>
          <w:tcPr>
            <w:tcW w:type="dxa" w:w="4824"/>
          </w:tcPr>
          <w:p>
            <w:r/>
            <w:r>
              <w:rPr>
                <w:b w:val="0"/>
                <w:i w:val="0"/>
                <w:sz w:val="18"/>
              </w:rPr>
              <w:t>Copies</w:t>
            </w:r>
          </w:p>
        </w:tc>
        <w:tc>
          <w:tcPr>
            <w:tcW w:type="dxa" w:w="4824"/>
          </w:tcPr>
          <w:p>
            <w:r/>
            <w:r>
              <w:rPr>
                <w:b w:val="0"/>
                <w:i w:val="0"/>
                <w:sz w:val="18"/>
              </w:rPr>
              <w:t>[1] per country</w:t>
            </w:r>
          </w:p>
        </w:tc>
      </w:tr>
      <w:tr>
        <w:tc>
          <w:tcPr>
            <w:tcW w:type="dxa" w:w="4824"/>
          </w:tcPr>
          <w:p>
            <w:r/>
            <w:r>
              <w:rPr>
                <w:b w:val="0"/>
                <w:i w:val="0"/>
                <w:sz w:val="18"/>
              </w:rPr>
              <w:t>Purpose (optional)</w:t>
            </w:r>
          </w:p>
        </w:tc>
        <w:tc>
          <w:tcPr>
            <w:tcW w:type="dxa" w:w="4824"/>
          </w:tcPr>
          <w:p>
            <w:r/>
            <w:r>
              <w:rPr>
                <w:b w:val="0"/>
                <w:i w:val="0"/>
                <w:sz w:val="18"/>
              </w:rPr>
              <w:t>To claim treaty relief on [service fees / royalties / interest] paid by [CLIENT NAME, COUNTRY].</w:t>
            </w:r>
          </w:p>
        </w:tc>
      </w:tr>
    </w:tbl>
    <w:p/>
    <w:p>
      <w:r>
        <w:rPr>
          <w:b w:val="0"/>
          <w:i w:val="0"/>
        </w:rPr>
        <w:t>The corporation's T2 returns for the year(s) above have been filed. [Tax-exempt status is not requested.]</w:t>
      </w:r>
    </w:p>
    <w:p>
      <w:r>
        <w:rPr>
          <w:b w:val="0"/>
          <w:i w:val="0"/>
        </w:rPr>
        <w:t>Please send the certificate to the mailing address above.</w:t>
      </w:r>
    </w:p>
    <w:p>
      <w:r>
        <w:rPr>
          <w:b w:val="0"/>
          <w:i w:val="0"/>
        </w:rPr>
        <w:t>Yours truly,</w:t>
      </w:r>
    </w:p>
    <w:p>
      <w:r>
        <w:br/>
        <w:t>______________________________        Date: ________________</w:t>
        <w:br/>
        <w:t>[NAME], [Director / Authorized officer], for [CORPORATION LEGAL NAME]</w:t>
      </w:r>
    </w:p>
    <w:p>
      <w:pPr>
        <w:shd w:val="clear" w:color="auto" w:fill="EFF6FF"/>
      </w:pPr>
      <w:r>
        <w:rPr>
          <w:b/>
          <w:i w:val="0"/>
          <w:color w:val="1E3A8A"/>
          <w:sz w:val="19"/>
        </w:rPr>
        <w:t>Note:</w:t>
      </w:r>
      <w:r>
        <w:rPr>
          <w:b w:val="0"/>
          <w:i w:val="0"/>
          <w:color w:val="1E3A8A"/>
          <w:sz w:val="19"/>
        </w:rPr>
        <w:t xml:space="preserve"> If an accountant files this for you, they need your authorization on file with the CRA (Representative authorization or a limited power of attorney enclosed with the request).</w:t>
      </w:r>
    </w:p>
    <w:p>
      <w:r>
        <w:rPr>
          <w:b w:val="0"/>
          <w:i/>
          <w:sz w:val="17"/>
        </w:rPr>
        <w:t>Sample wording, not tax or legal advice. Official pages checked on 4 Nov 2026. unboxth.xyz</w:t>
      </w:r>
    </w:p>
    <w:p>
      <w:r>
        <w:br w:type="page"/>
      </w:r>
    </w:p>
    <w:p>
      <w:pPr>
        <w:pStyle w:val="Heading1"/>
      </w:pPr>
      <w:r>
        <w:t>3. ATO: cover note and NAT 75442 / NAT 75441 checklist</w:t>
      </w:r>
    </w:p>
    <w:p>
      <w:pPr>
        <w:shd w:val="clear" w:color="auto" w:fill="EFF6FF"/>
      </w:pPr>
      <w:r>
        <w:rPr>
          <w:b/>
          <w:i w:val="0"/>
          <w:color w:val="1E3A8A"/>
          <w:sz w:val="19"/>
        </w:rPr>
        <w:t>Note:</w:t>
      </w:r>
      <w:r>
        <w:rPr>
          <w:b w:val="0"/>
          <w:i w:val="0"/>
          <w:color w:val="1E3A8A"/>
          <w:sz w:val="19"/>
        </w:rPr>
        <w:t xml:space="preserve"> The ATO uses forms, not letters: NAT 75442 for non-individuals (companies, trusts, funds) and NAT 75441 for individuals. Lodge through Online services for business (Secure mail, Communication tab; Topic "Income tax", Subject "Certificate of residency"), Online services for agents (Practice mail), or by mail to AUSTRALIAN TAXATION OFFICE, PO BOX 3544, ALBURY NSW 2640. An individual without an ABN or WPN must mail the form. The ATO says it aims to complete requests within 50 days, longer in high-volume periods.</w:t>
      </w:r>
    </w:p>
    <w:p>
      <w:pPr>
        <w:pStyle w:val="Heading2"/>
      </w:pPr>
      <w:r>
        <w:t>Cover note for Secure mail (paste into the message, attach the form)</w:t>
      </w:r>
    </w:p>
    <w:p>
      <w:r>
        <w:rPr>
          <w:b w:val="0"/>
          <w:i w:val="0"/>
        </w:rPr>
        <w:t>Subject: Certificate of residency, [ENTITY NAME] (ABN [XX XXX XXX XXX])</w:t>
        <w:br/>
        <w:br/>
        <w:t>Please find attached a completed Certificate of residency and certification of overseas tax relief request form for non-individuals (NAT 75442) for [ENTITY NAME]. We request one certificate of residency for [COUNTRY] for the [calendar year YYYY / financial year YYYY-YY / period DD/MM/YYYY to DD/MM/YYYY]. Our income tax returns for this period have been lodged as an Australian resident. Contact: [NAME], [ROLE], [PHONE], [EMAIL].</w:t>
      </w:r>
    </w:p>
    <w:p>
      <w:pPr>
        <w:pStyle w:val="Heading2"/>
      </w:pPr>
      <w:r>
        <w:t>NAT 75442 field checklist (Pty Ltd)</w:t>
      </w:r>
    </w:p>
    <w:tbl>
      <w:tblPr>
        <w:tblStyle w:val="TableGrid"/>
        <w:tblW w:type="auto" w:w="0"/>
        <w:tblLook w:firstColumn="1" w:firstRow="1" w:lastColumn="0" w:lastRow="0" w:noHBand="0" w:noVBand="1" w:val="04A0"/>
      </w:tblPr>
      <w:tblGrid>
        <w:gridCol w:w="3216"/>
        <w:gridCol w:w="3216"/>
        <w:gridCol w:w="3216"/>
      </w:tblGrid>
      <w:tr>
        <w:tc>
          <w:tcPr>
            <w:tcW w:type="dxa" w:w="3216"/>
          </w:tcPr>
          <w:p>
            <w:r/>
            <w:r>
              <w:rPr>
                <w:b/>
                <w:i w:val="0"/>
                <w:sz w:val="18"/>
              </w:rPr>
              <w:t>Form item</w:t>
            </w:r>
          </w:p>
        </w:tc>
        <w:tc>
          <w:tcPr>
            <w:tcW w:type="dxa" w:w="3216"/>
          </w:tcPr>
          <w:p>
            <w:r/>
            <w:r>
              <w:rPr>
                <w:b/>
                <w:i w:val="0"/>
                <w:sz w:val="18"/>
              </w:rPr>
              <w:t>What to enter</w:t>
            </w:r>
          </w:p>
        </w:tc>
        <w:tc>
          <w:tcPr>
            <w:tcW w:type="dxa" w:w="3216"/>
          </w:tcPr>
          <w:p>
            <w:r/>
            <w:r>
              <w:rPr>
                <w:b/>
                <w:i w:val="0"/>
                <w:sz w:val="18"/>
              </w:rPr>
              <w:t>Check</w:t>
            </w:r>
          </w:p>
        </w:tc>
      </w:tr>
      <w:tr>
        <w:tc>
          <w:tcPr>
            <w:tcW w:type="dxa" w:w="3216"/>
          </w:tcPr>
          <w:p>
            <w:r/>
            <w:r>
              <w:rPr>
                <w:b w:val="0"/>
                <w:i w:val="0"/>
                <w:sz w:val="18"/>
              </w:rPr>
              <w:t>Q1-2 TFN / ABN</w:t>
            </w:r>
          </w:p>
        </w:tc>
        <w:tc>
          <w:tcPr>
            <w:tcW w:type="dxa" w:w="3216"/>
          </w:tcPr>
          <w:p>
            <w:r/>
            <w:r>
              <w:rPr>
                <w:b w:val="0"/>
                <w:i w:val="0"/>
                <w:sz w:val="18"/>
              </w:rPr>
              <w:t>Company TFN and/or ABN, exactly as on ATO records</w:t>
            </w:r>
          </w:p>
        </w:tc>
        <w:tc>
          <w:tcPr>
            <w:tcW w:type="dxa" w:w="3216"/>
          </w:tcPr>
          <w:p>
            <w:r/>
            <w:r>
              <w:rPr>
                <w:b w:val="0"/>
                <w:i w:val="0"/>
                <w:sz w:val="18"/>
              </w:rPr>
              <w:t>☐</w:t>
            </w:r>
          </w:p>
        </w:tc>
      </w:tr>
      <w:tr>
        <w:tc>
          <w:tcPr>
            <w:tcW w:type="dxa" w:w="3216"/>
          </w:tcPr>
          <w:p>
            <w:r/>
            <w:r>
              <w:rPr>
                <w:b w:val="0"/>
                <w:i w:val="0"/>
                <w:sz w:val="18"/>
              </w:rPr>
              <w:t>Q3 Entity name *</w:t>
            </w:r>
          </w:p>
        </w:tc>
        <w:tc>
          <w:tcPr>
            <w:tcW w:type="dxa" w:w="3216"/>
          </w:tcPr>
          <w:p>
            <w:r/>
            <w:r>
              <w:rPr>
                <w:b w:val="0"/>
                <w:i w:val="0"/>
                <w:sz w:val="18"/>
              </w:rPr>
              <w:t>Legal name. A trading name needs ASIC business name registration</w:t>
            </w:r>
          </w:p>
        </w:tc>
        <w:tc>
          <w:tcPr>
            <w:tcW w:type="dxa" w:w="3216"/>
          </w:tcPr>
          <w:p>
            <w:r/>
            <w:r>
              <w:rPr>
                <w:b w:val="0"/>
                <w:i w:val="0"/>
                <w:sz w:val="18"/>
              </w:rPr>
              <w:t>☐</w:t>
            </w:r>
          </w:p>
        </w:tc>
      </w:tr>
      <w:tr>
        <w:tc>
          <w:tcPr>
            <w:tcW w:type="dxa" w:w="3216"/>
          </w:tcPr>
          <w:p>
            <w:r/>
            <w:r>
              <w:rPr>
                <w:b w:val="0"/>
                <w:i w:val="0"/>
                <w:sz w:val="18"/>
              </w:rPr>
              <w:t>Q4 Phone</w:t>
            </w:r>
          </w:p>
        </w:tc>
        <w:tc>
          <w:tcPr>
            <w:tcW w:type="dxa" w:w="3216"/>
          </w:tcPr>
          <w:p>
            <w:r/>
            <w:r>
              <w:rPr>
                <w:b w:val="0"/>
                <w:i w:val="0"/>
                <w:sz w:val="18"/>
              </w:rPr>
              <w:t>Number the ATO should call with questions</w:t>
            </w:r>
          </w:p>
        </w:tc>
        <w:tc>
          <w:tcPr>
            <w:tcW w:type="dxa" w:w="3216"/>
          </w:tcPr>
          <w:p>
            <w:r/>
            <w:r>
              <w:rPr>
                <w:b w:val="0"/>
                <w:i w:val="0"/>
                <w:sz w:val="18"/>
              </w:rPr>
              <w:t>☐</w:t>
            </w:r>
          </w:p>
        </w:tc>
      </w:tr>
      <w:tr>
        <w:tc>
          <w:tcPr>
            <w:tcW w:type="dxa" w:w="3216"/>
          </w:tcPr>
          <w:p>
            <w:r/>
            <w:r>
              <w:rPr>
                <w:b w:val="0"/>
                <w:i w:val="0"/>
                <w:sz w:val="18"/>
              </w:rPr>
              <w:t>Q5 Documentation required *</w:t>
            </w:r>
          </w:p>
        </w:tc>
        <w:tc>
          <w:tcPr>
            <w:tcW w:type="dxa" w:w="3216"/>
          </w:tcPr>
          <w:p>
            <w:r/>
            <w:r>
              <w:rPr>
                <w:b w:val="0"/>
                <w:i w:val="0"/>
                <w:sz w:val="18"/>
              </w:rPr>
              <w:t>5.1 "Certificate of residency only" if you have no foreign form; 5.2 or 5.3 if a foreign tax authority form must be certified</w:t>
            </w:r>
          </w:p>
        </w:tc>
        <w:tc>
          <w:tcPr>
            <w:tcW w:type="dxa" w:w="3216"/>
          </w:tcPr>
          <w:p>
            <w:r/>
            <w:r>
              <w:rPr>
                <w:b w:val="0"/>
                <w:i w:val="0"/>
                <w:sz w:val="18"/>
              </w:rPr>
              <w:t>☐</w:t>
            </w:r>
          </w:p>
        </w:tc>
      </w:tr>
      <w:tr>
        <w:tc>
          <w:tcPr>
            <w:tcW w:type="dxa" w:w="3216"/>
          </w:tcPr>
          <w:p>
            <w:r/>
            <w:r>
              <w:rPr>
                <w:b w:val="0"/>
                <w:i w:val="0"/>
                <w:sz w:val="18"/>
              </w:rPr>
              <w:t>Q6 Countries *</w:t>
            </w:r>
          </w:p>
        </w:tc>
        <w:tc>
          <w:tcPr>
            <w:tcW w:type="dxa" w:w="3216"/>
          </w:tcPr>
          <w:p>
            <w:r/>
            <w:r>
              <w:rPr>
                <w:b w:val="0"/>
                <w:i w:val="0"/>
                <w:sz w:val="18"/>
              </w:rPr>
              <w:t>Tick each country; one copy per country. Non-treaty country may get a generic certificate</w:t>
            </w:r>
          </w:p>
        </w:tc>
        <w:tc>
          <w:tcPr>
            <w:tcW w:type="dxa" w:w="3216"/>
          </w:tcPr>
          <w:p>
            <w:r/>
            <w:r>
              <w:rPr>
                <w:b w:val="0"/>
                <w:i w:val="0"/>
                <w:sz w:val="18"/>
              </w:rPr>
              <w:t>☐</w:t>
            </w:r>
          </w:p>
        </w:tc>
      </w:tr>
      <w:tr>
        <w:tc>
          <w:tcPr>
            <w:tcW w:type="dxa" w:w="3216"/>
          </w:tcPr>
          <w:p>
            <w:r/>
            <w:r>
              <w:rPr>
                <w:b w:val="0"/>
                <w:i w:val="0"/>
                <w:sz w:val="18"/>
              </w:rPr>
              <w:t>Q7 Identifier on certificate</w:t>
            </w:r>
          </w:p>
        </w:tc>
        <w:tc>
          <w:tcPr>
            <w:tcW w:type="dxa" w:w="3216"/>
          </w:tcPr>
          <w:p>
            <w:r/>
            <w:r>
              <w:rPr>
                <w:b w:val="0"/>
                <w:i w:val="0"/>
                <w:sz w:val="18"/>
              </w:rPr>
              <w:t>ABN only, TFN only, or both (inactive ABN is left off)</w:t>
            </w:r>
          </w:p>
        </w:tc>
        <w:tc>
          <w:tcPr>
            <w:tcW w:type="dxa" w:w="3216"/>
          </w:tcPr>
          <w:p>
            <w:r/>
            <w:r>
              <w:rPr>
                <w:b w:val="0"/>
                <w:i w:val="0"/>
                <w:sz w:val="18"/>
              </w:rPr>
              <w:t>☐</w:t>
            </w:r>
          </w:p>
        </w:tc>
      </w:tr>
      <w:tr>
        <w:tc>
          <w:tcPr>
            <w:tcW w:type="dxa" w:w="3216"/>
          </w:tcPr>
          <w:p>
            <w:r/>
            <w:r>
              <w:rPr>
                <w:b w:val="0"/>
                <w:i w:val="0"/>
                <w:sz w:val="18"/>
              </w:rPr>
              <w:t>Q8 Period *</w:t>
            </w:r>
          </w:p>
        </w:tc>
        <w:tc>
          <w:tcPr>
            <w:tcW w:type="dxa" w:w="3216"/>
          </w:tcPr>
          <w:p>
            <w:r/>
            <w:r>
              <w:rPr>
                <w:b w:val="0"/>
                <w:i w:val="0"/>
                <w:sz w:val="18"/>
              </w:rPr>
              <w:t>One year from issue, calendar year, financial year, or custom (end no more than 12 months after issue)</w:t>
            </w:r>
          </w:p>
        </w:tc>
        <w:tc>
          <w:tcPr>
            <w:tcW w:type="dxa" w:w="3216"/>
          </w:tcPr>
          <w:p>
            <w:r/>
            <w:r>
              <w:rPr>
                <w:b w:val="0"/>
                <w:i w:val="0"/>
                <w:sz w:val="18"/>
              </w:rPr>
              <w:t>☐</w:t>
            </w:r>
          </w:p>
        </w:tc>
      </w:tr>
      <w:tr>
        <w:tc>
          <w:tcPr>
            <w:tcW w:type="dxa" w:w="3216"/>
          </w:tcPr>
          <w:p>
            <w:r/>
            <w:r>
              <w:rPr>
                <w:b w:val="0"/>
                <w:i w:val="0"/>
                <w:sz w:val="18"/>
              </w:rPr>
              <w:t>Q9 Name on certificate *</w:t>
            </w:r>
          </w:p>
        </w:tc>
        <w:tc>
          <w:tcPr>
            <w:tcW w:type="dxa" w:w="3216"/>
          </w:tcPr>
          <w:p>
            <w:r/>
            <w:r>
              <w:rPr>
                <w:b w:val="0"/>
                <w:i w:val="0"/>
                <w:sz w:val="18"/>
              </w:rPr>
              <w:t>Current entity name or a previously held name on ATO record</w:t>
            </w:r>
          </w:p>
        </w:tc>
        <w:tc>
          <w:tcPr>
            <w:tcW w:type="dxa" w:w="3216"/>
          </w:tcPr>
          <w:p>
            <w:r/>
            <w:r>
              <w:rPr>
                <w:b w:val="0"/>
                <w:i w:val="0"/>
                <w:sz w:val="18"/>
              </w:rPr>
              <w:t>☐</w:t>
            </w:r>
          </w:p>
        </w:tc>
      </w:tr>
      <w:tr>
        <w:tc>
          <w:tcPr>
            <w:tcW w:type="dxa" w:w="3216"/>
          </w:tcPr>
          <w:p>
            <w:r/>
            <w:r>
              <w:rPr>
                <w:b w:val="0"/>
                <w:i w:val="0"/>
                <w:sz w:val="18"/>
              </w:rPr>
              <w:t>Q10 Address on certificate</w:t>
            </w:r>
          </w:p>
        </w:tc>
        <w:tc>
          <w:tcPr>
            <w:tcW w:type="dxa" w:w="3216"/>
          </w:tcPr>
          <w:p>
            <w:r/>
            <w:r>
              <w:rPr>
                <w:b w:val="0"/>
                <w:i w:val="0"/>
                <w:sz w:val="18"/>
              </w:rPr>
              <w:t>Current or previous business address (required for 5.1/5.3)</w:t>
            </w:r>
          </w:p>
        </w:tc>
        <w:tc>
          <w:tcPr>
            <w:tcW w:type="dxa" w:w="3216"/>
          </w:tcPr>
          <w:p>
            <w:r/>
            <w:r>
              <w:rPr>
                <w:b w:val="0"/>
                <w:i w:val="0"/>
                <w:sz w:val="18"/>
              </w:rPr>
              <w:t>☐</w:t>
            </w:r>
          </w:p>
        </w:tc>
      </w:tr>
      <w:tr>
        <w:tc>
          <w:tcPr>
            <w:tcW w:type="dxa" w:w="3216"/>
          </w:tcPr>
          <w:p>
            <w:r/>
            <w:r>
              <w:rPr>
                <w:b w:val="0"/>
                <w:i w:val="0"/>
                <w:sz w:val="18"/>
              </w:rPr>
              <w:t>Q11 Postal address *</w:t>
            </w:r>
          </w:p>
        </w:tc>
        <w:tc>
          <w:tcPr>
            <w:tcW w:type="dxa" w:w="3216"/>
          </w:tcPr>
          <w:p>
            <w:r/>
            <w:r>
              <w:rPr>
                <w:b w:val="0"/>
                <w:i w:val="0"/>
                <w:sz w:val="18"/>
              </w:rPr>
              <w:t>Where the ATO posts the certificate</w:t>
            </w:r>
          </w:p>
        </w:tc>
        <w:tc>
          <w:tcPr>
            <w:tcW w:type="dxa" w:w="3216"/>
          </w:tcPr>
          <w:p>
            <w:r/>
            <w:r>
              <w:rPr>
                <w:b w:val="0"/>
                <w:i w:val="0"/>
                <w:sz w:val="18"/>
              </w:rPr>
              <w:t>☐</w:t>
            </w:r>
          </w:p>
        </w:tc>
      </w:tr>
      <w:tr>
        <w:tc>
          <w:tcPr>
            <w:tcW w:type="dxa" w:w="3216"/>
          </w:tcPr>
          <w:p>
            <w:r/>
            <w:r>
              <w:rPr>
                <w:b w:val="0"/>
                <w:i w:val="0"/>
                <w:sz w:val="18"/>
              </w:rPr>
              <w:t>Q12 Private ruling / competent authority</w:t>
            </w:r>
          </w:p>
        </w:tc>
        <w:tc>
          <w:tcPr>
            <w:tcW w:type="dxa" w:w="3216"/>
          </w:tcPr>
          <w:p>
            <w:r/>
            <w:r>
              <w:rPr>
                <w:b w:val="0"/>
                <w:i w:val="0"/>
                <w:sz w:val="18"/>
              </w:rPr>
              <w:t>12.1 No, unless the company is a dual resident with a ruling or determination</w:t>
            </w:r>
          </w:p>
        </w:tc>
        <w:tc>
          <w:tcPr>
            <w:tcW w:type="dxa" w:w="3216"/>
          </w:tcPr>
          <w:p>
            <w:r/>
            <w:r>
              <w:rPr>
                <w:b w:val="0"/>
                <w:i w:val="0"/>
                <w:sz w:val="18"/>
              </w:rPr>
              <w:t>☐</w:t>
            </w:r>
          </w:p>
        </w:tc>
      </w:tr>
      <w:tr>
        <w:tc>
          <w:tcPr>
            <w:tcW w:type="dxa" w:w="3216"/>
          </w:tcPr>
          <w:p>
            <w:r/>
            <w:r>
              <w:rPr>
                <w:b w:val="0"/>
                <w:i w:val="0"/>
                <w:sz w:val="18"/>
              </w:rPr>
              <w:t>Q13 Lodgment</w:t>
            </w:r>
          </w:p>
        </w:tc>
        <w:tc>
          <w:tcPr>
            <w:tcW w:type="dxa" w:w="3216"/>
          </w:tcPr>
          <w:p>
            <w:r/>
            <w:r>
              <w:rPr>
                <w:b w:val="0"/>
                <w:i w:val="0"/>
                <w:sz w:val="18"/>
              </w:rPr>
              <w:t>Confirm tax returns lodged for the period (or Division 50 exempt status)</w:t>
            </w:r>
          </w:p>
        </w:tc>
        <w:tc>
          <w:tcPr>
            <w:tcW w:type="dxa" w:w="3216"/>
          </w:tcPr>
          <w:p>
            <w:r/>
            <w:r>
              <w:rPr>
                <w:b w:val="0"/>
                <w:i w:val="0"/>
                <w:sz w:val="18"/>
              </w:rPr>
              <w:t>☐</w:t>
            </w:r>
          </w:p>
        </w:tc>
      </w:tr>
      <w:tr>
        <w:tc>
          <w:tcPr>
            <w:tcW w:type="dxa" w:w="3216"/>
          </w:tcPr>
          <w:p>
            <w:r/>
            <w:r>
              <w:rPr>
                <w:b w:val="0"/>
                <w:i w:val="0"/>
                <w:sz w:val="18"/>
              </w:rPr>
              <w:t>Section E declaration *</w:t>
            </w:r>
          </w:p>
        </w:tc>
        <w:tc>
          <w:tcPr>
            <w:tcW w:type="dxa" w:w="3216"/>
          </w:tcPr>
          <w:p>
            <w:r/>
            <w:r>
              <w:rPr>
                <w:b w:val="0"/>
                <w:i w:val="0"/>
                <w:sz w:val="18"/>
              </w:rPr>
              <w:t>Primary contact signs and dates (no signature needed if lodged online)</w:t>
            </w:r>
          </w:p>
        </w:tc>
        <w:tc>
          <w:tcPr>
            <w:tcW w:type="dxa" w:w="3216"/>
          </w:tcPr>
          <w:p>
            <w:r/>
            <w:r>
              <w:rPr>
                <w:b w:val="0"/>
                <w:i w:val="0"/>
                <w:sz w:val="18"/>
              </w:rPr>
              <w:t>☐</w:t>
            </w:r>
          </w:p>
        </w:tc>
      </w:tr>
    </w:tbl>
    <w:p/>
    <w:p>
      <w:pPr>
        <w:pStyle w:val="Heading2"/>
      </w:pPr>
      <w:r>
        <w:t>Before you lodge</w:t>
      </w:r>
    </w:p>
    <w:p>
      <w:r>
        <w:rPr>
          <w:b w:val="0"/>
          <w:i w:val="0"/>
        </w:rPr>
        <w:t>☐ Returns lodged and up to date, self-assessed as an Australian resident for the period.</w:t>
      </w:r>
    </w:p>
    <w:p>
      <w:r>
        <w:rPr>
          <w:b w:val="0"/>
          <w:i w:val="0"/>
        </w:rPr>
        <w:t>☐ Name, address and TFN/ABN match ATO records exactly.</w:t>
      </w:r>
    </w:p>
    <w:p>
      <w:r>
        <w:rPr>
          <w:b w:val="0"/>
          <w:i w:val="0"/>
        </w:rPr>
        <w:t>☐ Requested period ends no later than 12 months after the issue date (a request for next calendar year can go in from 1 November).</w:t>
      </w:r>
    </w:p>
    <w:p>
      <w:r>
        <w:rPr>
          <w:b w:val="0"/>
          <w:i w:val="0"/>
        </w:rPr>
        <w:t>☐ Individuals (NAT 75441): you were not a temporary resident during the period; mail the form if you have no ABN or WPN.</w:t>
      </w:r>
    </w:p>
    <w:p>
      <w:r>
        <w:rPr>
          <w:b w:val="0"/>
          <w:i w:val="0"/>
        </w:rPr>
        <w:t>☐ Dual resident? Sort the treaty residence question with the ATO first (early engagement or private ruling).</w:t>
      </w:r>
    </w:p>
    <w:p>
      <w:r>
        <w:rPr>
          <w:b w:val="0"/>
          <w:i/>
          <w:sz w:val="17"/>
        </w:rPr>
        <w:t>Sample wording, not tax or legal advice. Official pages checked on 4 Nov 2026. unboxth.xyz</w:t>
      </w:r>
    </w:p>
    <w:p>
      <w:r>
        <w:br w:type="page"/>
      </w:r>
    </w:p>
    <w:p>
      <w:pPr>
        <w:pStyle w:val="Heading1"/>
      </w:pPr>
      <w:r>
        <w:t>4. Do I need a certificate of residency or a W-8BEN-E?</w:t>
      </w:r>
    </w:p>
    <w:p>
      <w:r>
        <w:rPr>
          <w:b w:val="0"/>
          <w:i w:val="0"/>
        </w:rPr>
        <w:t xml:space="preserve">Short answer: a </w:t>
      </w:r>
      <w:r>
        <w:rPr>
          <w:b/>
          <w:i w:val="0"/>
        </w:rPr>
        <w:t>US</w:t>
      </w:r>
      <w:r>
        <w:rPr>
          <w:b w:val="0"/>
          <w:i w:val="0"/>
        </w:rPr>
        <w:t xml:space="preserve"> payer documents you with a W-8 form; a certificate of residency (COR) is for </w:t>
      </w:r>
      <w:r>
        <w:rPr>
          <w:b/>
          <w:i w:val="0"/>
        </w:rPr>
        <w:t>non-US</w:t>
      </w:r>
      <w:r>
        <w:rPr>
          <w:b w:val="0"/>
          <w:i w:val="0"/>
        </w:rPr>
        <w:t xml:space="preserve"> tax authorities and payers, and for a narrow set of US payments made offshore.</w:t>
      </w:r>
    </w:p>
    <w:tbl>
      <w:tblPr>
        <w:tblStyle w:val="TableGrid"/>
        <w:tblW w:type="auto" w:w="0"/>
        <w:tblLook w:firstColumn="1" w:firstRow="1" w:lastColumn="0" w:lastRow="0" w:noHBand="0" w:noVBand="1" w:val="04A0"/>
      </w:tblPr>
      <w:tblGrid>
        <w:gridCol w:w="3216"/>
        <w:gridCol w:w="3216"/>
        <w:gridCol w:w="3216"/>
      </w:tblGrid>
      <w:tr>
        <w:tc>
          <w:tcPr>
            <w:tcW w:type="dxa" w:w="3216"/>
          </w:tcPr>
          <w:p>
            <w:r/>
            <w:r>
              <w:rPr>
                <w:b/>
                <w:i w:val="0"/>
                <w:sz w:val="18"/>
              </w:rPr>
              <w:t>Situation</w:t>
            </w:r>
          </w:p>
        </w:tc>
        <w:tc>
          <w:tcPr>
            <w:tcW w:type="dxa" w:w="3216"/>
          </w:tcPr>
          <w:p>
            <w:r/>
            <w:r>
              <w:rPr>
                <w:b/>
                <w:i w:val="0"/>
                <w:sz w:val="18"/>
              </w:rPr>
              <w:t>What to give</w:t>
            </w:r>
          </w:p>
        </w:tc>
        <w:tc>
          <w:tcPr>
            <w:tcW w:type="dxa" w:w="3216"/>
          </w:tcPr>
          <w:p>
            <w:r/>
            <w:r>
              <w:rPr>
                <w:b/>
                <w:i w:val="0"/>
                <w:sz w:val="18"/>
              </w:rPr>
              <w:t>Why (source)</w:t>
            </w:r>
          </w:p>
        </w:tc>
      </w:tr>
      <w:tr>
        <w:tc>
          <w:tcPr>
            <w:tcW w:type="dxa" w:w="3216"/>
          </w:tcPr>
          <w:p>
            <w:r/>
            <w:r>
              <w:rPr>
                <w:b w:val="0"/>
                <w:i w:val="0"/>
                <w:sz w:val="18"/>
              </w:rPr>
              <w:t>US client or platform pays your Canadian or Australian company</w:t>
            </w:r>
          </w:p>
        </w:tc>
        <w:tc>
          <w:tcPr>
            <w:tcW w:type="dxa" w:w="3216"/>
          </w:tcPr>
          <w:p>
            <w:r/>
            <w:r>
              <w:rPr>
                <w:b w:val="0"/>
                <w:i w:val="0"/>
                <w:sz w:val="18"/>
              </w:rPr>
              <w:t>Form W-8BEN-E (Part III if claiming a treaty rate)</w:t>
            </w:r>
          </w:p>
        </w:tc>
        <w:tc>
          <w:tcPr>
            <w:tcW w:type="dxa" w:w="3216"/>
          </w:tcPr>
          <w:p>
            <w:r/>
            <w:r>
              <w:rPr>
                <w:b w:val="0"/>
                <w:i w:val="0"/>
                <w:sz w:val="18"/>
              </w:rPr>
              <w:t>W-8BEN-E documents foreign entities; give it to the payer, not the IRS (IRS W-8BEN-E instructions)</w:t>
            </w:r>
          </w:p>
        </w:tc>
      </w:tr>
      <w:tr>
        <w:tc>
          <w:tcPr>
            <w:tcW w:type="dxa" w:w="3216"/>
          </w:tcPr>
          <w:p>
            <w:r/>
            <w:r>
              <w:rPr>
                <w:b w:val="0"/>
                <w:i w:val="0"/>
                <w:sz w:val="18"/>
              </w:rPr>
              <w:t>US client pays you personally as a CA/AU individual</w:t>
            </w:r>
          </w:p>
        </w:tc>
        <w:tc>
          <w:tcPr>
            <w:tcW w:type="dxa" w:w="3216"/>
          </w:tcPr>
          <w:p>
            <w:r/>
            <w:r>
              <w:rPr>
                <w:b w:val="0"/>
                <w:i w:val="0"/>
                <w:sz w:val="18"/>
              </w:rPr>
              <w:t>Form W-8BEN</w:t>
            </w:r>
          </w:p>
        </w:tc>
        <w:tc>
          <w:tcPr>
            <w:tcW w:type="dxa" w:w="3216"/>
          </w:tcPr>
          <w:p>
            <w:r/>
            <w:r>
              <w:rPr>
                <w:b w:val="0"/>
                <w:i w:val="0"/>
                <w:sz w:val="18"/>
              </w:rPr>
              <w:t>For nonresident alien individuals; foreign entities use W-8BEN-E (IRS W-8BEN instructions)</w:t>
            </w:r>
          </w:p>
        </w:tc>
      </w:tr>
      <w:tr>
        <w:tc>
          <w:tcPr>
            <w:tcW w:type="dxa" w:w="3216"/>
          </w:tcPr>
          <w:p>
            <w:r/>
            <w:r>
              <w:rPr>
                <w:b w:val="0"/>
                <w:i w:val="0"/>
                <w:sz w:val="18"/>
              </w:rPr>
              <w:t>You claim a US treaty rate on royalties, interest or dividends</w:t>
            </w:r>
          </w:p>
        </w:tc>
        <w:tc>
          <w:tcPr>
            <w:tcW w:type="dxa" w:w="3216"/>
          </w:tcPr>
          <w:p>
            <w:r/>
            <w:r>
              <w:rPr>
                <w:b w:val="0"/>
                <w:i w:val="0"/>
                <w:sz w:val="18"/>
              </w:rPr>
              <w:t>W-8BEN / W-8BEN-E with treaty lines completed (entity: LOB box)</w:t>
            </w:r>
          </w:p>
        </w:tc>
        <w:tc>
          <w:tcPr>
            <w:tcW w:type="dxa" w:w="3216"/>
          </w:tcPr>
          <w:p>
            <w:r/>
            <w:r>
              <w:rPr>
                <w:b w:val="0"/>
                <w:i w:val="0"/>
                <w:sz w:val="18"/>
              </w:rPr>
              <w:t>Treaty claim is made on the withholding certificate (Treas. Reg. 1.1441-6(b)(1))</w:t>
            </w:r>
          </w:p>
        </w:tc>
      </w:tr>
      <w:tr>
        <w:tc>
          <w:tcPr>
            <w:tcW w:type="dxa" w:w="3216"/>
          </w:tcPr>
          <w:p>
            <w:r/>
            <w:r>
              <w:rPr>
                <w:b w:val="0"/>
                <w:i w:val="0"/>
                <w:sz w:val="18"/>
              </w:rPr>
              <w:t>Payment made outside the US on an offshore obligation for actively traded stocks or debt, mutual fund dividends and similar</w:t>
            </w:r>
          </w:p>
        </w:tc>
        <w:tc>
          <w:tcPr>
            <w:tcW w:type="dxa" w:w="3216"/>
          </w:tcPr>
          <w:p>
            <w:r/>
            <w:r>
              <w:rPr>
                <w:b w:val="0"/>
                <w:i w:val="0"/>
                <w:sz w:val="18"/>
              </w:rPr>
              <w:t>COR (issued within the last 3 years) may replace the W-8; entities add LOB and "derives the income" statements</w:t>
            </w:r>
          </w:p>
        </w:tc>
        <w:tc>
          <w:tcPr>
            <w:tcW w:type="dxa" w:w="3216"/>
          </w:tcPr>
          <w:p>
            <w:r/>
            <w:r>
              <w:rPr>
                <w:b w:val="0"/>
                <w:i w:val="0"/>
                <w:sz w:val="18"/>
              </w:rPr>
              <w:t>Treas. Reg. 1.1441-6(c)(1)-(5)</w:t>
            </w:r>
          </w:p>
        </w:tc>
      </w:tr>
      <w:tr>
        <w:tc>
          <w:tcPr>
            <w:tcW w:type="dxa" w:w="3216"/>
          </w:tcPr>
          <w:p>
            <w:r/>
            <w:r>
              <w:rPr>
                <w:b w:val="0"/>
                <w:i w:val="0"/>
                <w:sz w:val="18"/>
              </w:rPr>
              <w:t>Client or tax authority in another treaty country withholds tax on your payment</w:t>
            </w:r>
          </w:p>
        </w:tc>
        <w:tc>
          <w:tcPr>
            <w:tcW w:type="dxa" w:w="3216"/>
          </w:tcPr>
          <w:p>
            <w:r/>
            <w:r>
              <w:rPr>
                <w:b w:val="0"/>
                <w:i w:val="0"/>
                <w:sz w:val="18"/>
              </w:rPr>
              <w:t>COR from the CRA or ATO, or their own form certified by the CRA/ATO</w:t>
            </w:r>
          </w:p>
        </w:tc>
        <w:tc>
          <w:tcPr>
            <w:tcW w:type="dxa" w:w="3216"/>
          </w:tcPr>
          <w:p>
            <w:r/>
            <w:r>
              <w:rPr>
                <w:b w:val="0"/>
                <w:i w:val="0"/>
                <w:sz w:val="18"/>
              </w:rPr>
              <w:t>CRA: COR may be required by the foreign tax administration and/or payer; ATO: for an overseas tax authority</w:t>
            </w:r>
          </w:p>
        </w:tc>
      </w:tr>
      <w:tr>
        <w:tc>
          <w:tcPr>
            <w:tcW w:type="dxa" w:w="3216"/>
          </w:tcPr>
          <w:p>
            <w:r/>
            <w:r>
              <w:rPr>
                <w:b w:val="0"/>
                <w:i w:val="0"/>
                <w:sz w:val="18"/>
              </w:rPr>
              <w:t>US single-member LLC owned by a CA/AU founder</w:t>
            </w:r>
          </w:p>
        </w:tc>
        <w:tc>
          <w:tcPr>
            <w:tcW w:type="dxa" w:w="3216"/>
          </w:tcPr>
          <w:p>
            <w:r/>
            <w:r>
              <w:rPr>
                <w:b w:val="0"/>
                <w:i w:val="0"/>
                <w:sz w:val="18"/>
              </w:rPr>
              <w:t>Owner's W-8BEN or W-8BEN-E; CRA will not issue a COR to a fiscally transparent entity</w:t>
            </w:r>
          </w:p>
        </w:tc>
        <w:tc>
          <w:tcPr>
            <w:tcW w:type="dxa" w:w="3216"/>
          </w:tcPr>
          <w:p>
            <w:r/>
            <w:r>
              <w:rPr>
                <w:b w:val="0"/>
                <w:i w:val="0"/>
                <w:sz w:val="18"/>
              </w:rPr>
              <w:t>IRS W-8BEN instructions; CRA COR page</w:t>
            </w:r>
          </w:p>
        </w:tc>
      </w:tr>
      <w:tr>
        <w:tc>
          <w:tcPr>
            <w:tcW w:type="dxa" w:w="3216"/>
          </w:tcPr>
          <w:p>
            <w:r/>
            <w:r>
              <w:rPr>
                <w:b w:val="0"/>
                <w:i w:val="0"/>
                <w:sz w:val="18"/>
              </w:rPr>
              <w:t>Bank or partner asks for "proof of tax residence" with no form named</w:t>
            </w:r>
          </w:p>
        </w:tc>
        <w:tc>
          <w:tcPr>
            <w:tcW w:type="dxa" w:w="3216"/>
          </w:tcPr>
          <w:p>
            <w:r/>
            <w:r>
              <w:rPr>
                <w:b w:val="0"/>
                <w:i w:val="0"/>
                <w:sz w:val="18"/>
              </w:rPr>
              <w:t>Ask which document it accepts before you request anything</w:t>
            </w:r>
          </w:p>
        </w:tc>
        <w:tc>
          <w:tcPr>
            <w:tcW w:type="dxa" w:w="3216"/>
          </w:tcPr>
          <w:p>
            <w:r/>
            <w:r>
              <w:rPr>
                <w:b w:val="0"/>
                <w:i w:val="0"/>
                <w:sz w:val="18"/>
              </w:rPr>
              <w:t>CRA: confirm the format needed before requesting</w:t>
            </w:r>
          </w:p>
        </w:tc>
      </w:tr>
    </w:tbl>
    <w:p/>
    <w:p>
      <w:pPr>
        <w:pStyle w:val="Heading3"/>
      </w:pPr>
      <w:r>
        <w:t>Validity at a glance</w:t>
      </w:r>
    </w:p>
    <w:p>
      <w:pPr>
        <w:pStyle w:val="ListBullet"/>
      </w:pPr>
      <w:r>
        <w:rPr>
          <w:b w:val="0"/>
          <w:i w:val="0"/>
        </w:rPr>
        <w:t>W-8BEN / W-8BEN-E: generally valid from signing to the end of the third succeeding calendar year (signed 4 Nov 2026 = valid through 31 Dec 2029), unless circumstances change.</w:t>
      </w:r>
    </w:p>
    <w:p>
      <w:pPr>
        <w:pStyle w:val="ListBullet"/>
      </w:pPr>
      <w:r>
        <w:rPr>
          <w:b w:val="0"/>
          <w:i w:val="0"/>
        </w:rPr>
        <w:t>COR as US documentary evidence: must be issued within three years before it is presented (Treas. Reg. 1.1441-6(c)(3)).</w:t>
      </w:r>
    </w:p>
    <w:p>
      <w:pPr>
        <w:pStyle w:val="ListBullet"/>
      </w:pPr>
      <w:r>
        <w:rPr>
          <w:b w:val="0"/>
          <w:i w:val="0"/>
        </w:rPr>
        <w:t>ATO certificate: covers a past year, the current year, or up to 12 months from the issue date.</w:t>
      </w:r>
    </w:p>
    <w:p>
      <w:r>
        <w:rPr>
          <w:b w:val="0"/>
          <w:i/>
          <w:sz w:val="17"/>
        </w:rPr>
        <w:t>Sample wording, not tax or legal advice. Official pages checked on 4 Nov 2026. unboxth.xyz</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1717A"/>
        <w:sz w:val="16"/>
      </w:rPr>
      <w:t>Sample wording, not tax or legal advice. Official pages checked on 4 Nov 2026. unboxth.xyz</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of Residency Request Kit: CRA and ATO</dc:title>
  <dc:subject/>
  <dc:creator>unboxth</dc:creator>
  <cp:keywords/>
  <dc:description>generated by python-docx</dc:description>
  <cp:lastModifiedBy/>
  <cp:revision>1</cp:revision>
  <dcterms:created xsi:type="dcterms:W3CDTF">2013-12-23T23:15:00Z</dcterms:created>
  <dcterms:modified xsi:type="dcterms:W3CDTF">2013-12-23T23:15:00Z</dcterms:modified>
  <cp:category/>
</cp:coreProperties>
</file>