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TAX INVOICE</w:t>
      </w:r>
    </w:p>
    <w:p>
      <w:r>
        <w:t>[YOUR LEGAL NAME]</w:t>
        <w:br/>
        <w:t>[STREET ADDRESS]</w:t>
        <w:br/>
        <w:t>[CITY, PROVINCE/STATE, POSTAL CODE, COUNTRY]</w:t>
        <w:br/>
        <w:t>ABN: [YOUR ABN]</w:t>
      </w:r>
    </w:p>
    <w:p>
      <w:r>
        <w:t>Invoice no.: [INV-0001]    Date issued: [DATE]    Currency: [USD]</w:t>
      </w:r>
    </w:p>
    <w:p>
      <w:r>
        <w:rPr>
          <w:b/>
        </w:rPr>
        <w:t>Bill to</w:t>
        <w:br/>
      </w:r>
      <w:r>
        <w:t>[CUSTOMER LEGAL NAME]</w:t>
        <w:br/>
        <w:t>[CUSTOMER ADDRESS]</w:t>
        <w:br/>
        <w:t>[CITY, STATE ZIP, USA]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Qty</w:t>
            </w:r>
          </w:p>
        </w:tc>
        <w:tc>
          <w:tcPr>
            <w:tcW w:type="dxa" w:w="1728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Tax status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1728"/>
          </w:tcPr>
          <w:p>
            <w:r>
              <w:t>AI integration services, October (hours)</w:t>
            </w:r>
          </w:p>
        </w:tc>
        <w:tc>
          <w:tcPr>
            <w:tcW w:type="dxa" w:w="1728"/>
          </w:tcPr>
          <w:p>
            <w:r>
              <w:t>40</w:t>
            </w:r>
          </w:p>
        </w:tc>
        <w:tc>
          <w:tcPr>
            <w:tcW w:type="dxa" w:w="1728"/>
          </w:tcPr>
          <w:p>
            <w:r>
              <w:t>$150.00</w:t>
            </w:r>
          </w:p>
        </w:tc>
        <w:tc>
          <w:tcPr>
            <w:tcW w:type="dxa" w:w="1728"/>
          </w:tcPr>
          <w:p>
            <w:r>
              <w:t>GST-free</w:t>
            </w:r>
          </w:p>
        </w:tc>
        <w:tc>
          <w:tcPr>
            <w:tcW w:type="dxa" w:w="1728"/>
          </w:tcPr>
          <w:p>
            <w:r>
              <w:t>$6,000.00</w:t>
            </w:r>
          </w:p>
        </w:tc>
      </w:tr>
      <w:tr>
        <w:tc>
          <w:tcPr>
            <w:tcW w:type="dxa" w:w="1728"/>
          </w:tcPr>
          <w:p>
            <w:r>
              <w:t>Platform subscription, annual plan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$2,400.00</w:t>
            </w:r>
          </w:p>
        </w:tc>
        <w:tc>
          <w:tcPr>
            <w:tcW w:type="dxa" w:w="1728"/>
          </w:tcPr>
          <w:p>
            <w:r>
              <w:t>GST-free</w:t>
            </w:r>
          </w:p>
        </w:tc>
        <w:tc>
          <w:tcPr>
            <w:tcW w:type="dxa" w:w="1728"/>
          </w:tcPr>
          <w:p>
            <w:r>
              <w:t>$2,400.00</w:t>
            </w:r>
          </w:p>
        </w:tc>
      </w:tr>
      <w:tr>
        <w:tc>
          <w:tcPr>
            <w:tcW w:type="dxa" w:w="1728"/>
          </w:tcPr>
          <w:p>
            <w:r>
              <w:t>[DESCRIPTION]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GST-free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>
            <w:r>
              <w:t>Subtotal</w:t>
            </w:r>
          </w:p>
        </w:tc>
        <w:tc>
          <w:tcPr>
            <w:tcW w:type="dxa" w:w="1728"/>
          </w:tcPr>
          <w:p>
            <w:r>
              <w:t>[SUBTOTAL]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>
            <w:r>
              <w:t>GST (all items GST-free)</w:t>
            </w:r>
          </w:p>
        </w:tc>
        <w:tc>
          <w:tcPr>
            <w:tcW w:type="dxa" w:w="1728"/>
          </w:tcPr>
          <w:p>
            <w:r>
              <w:t>$0.00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>
            <w:r>
              <w:t>Total payable</w:t>
            </w:r>
          </w:p>
        </w:tc>
        <w:tc>
          <w:tcPr>
            <w:tcW w:type="dxa" w:w="1728"/>
          </w:tcPr>
          <w:p>
            <w:r>
              <w:t>[TOTAL]</w:t>
            </w:r>
          </w:p>
        </w:tc>
      </w:tr>
    </w:tbl>
    <w:p/>
    <w:p>
      <w:r>
        <w:rPr>
          <w:b/>
        </w:rPr>
        <w:t xml:space="preserve">Tax note. </w:t>
      </w:r>
      <w:r>
        <w:t>No GST charged. Each item is GST-free: services supplied to a non-resident who is not in Australia when the supply is made (ATO: exports of services).</w:t>
      </w:r>
    </w:p>
    <w:p>
      <w:r>
        <w:rPr>
          <w:b/>
        </w:rPr>
        <w:t xml:space="preserve">Payment terms. </w:t>
      </w:r>
      <w:r>
        <w:t>Due within 30 days. Payable in USD by international transfer to the account below.</w:t>
      </w:r>
    </w:p>
    <w:p>
      <w:r>
        <w:rPr>
          <w:b/>
        </w:rPr>
        <w:t xml:space="preserve">Bank details. </w:t>
      </w:r>
      <w:r>
        <w:t>[ACCOUNT NAME, BANK, SWIFT/ROUTING, ACCOUNT NUMBER]</w:t>
      </w:r>
    </w:p>
    <w:p>
      <w:r>
        <w:rPr>
          <w:i/>
          <w:sz w:val="17"/>
        </w:rPr>
        <w:t>If you are not registered for GST, title this document "Invoice" and remove the GST lines. The sample rows show the format; replace them. Template by unboxth.xyz/resources/gst-free-invoice-template/. Not tax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GST-free export invoice template (Australia)</dc:title>
  <dc:subject/>
  <dc:creator>unboxth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