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18"/>
        </w:rPr>
        <w:t>FILLED SAMPLE — fictional company and person. Do not file or sign this sample.</w:t>
      </w:r>
    </w:p>
    <w:p>
      <w:pPr>
        <w:spacing w:after="0"/>
        <w:jc w:val="center"/>
      </w:pPr>
      <w:r>
        <w:rPr>
          <w:b/>
          <w:i w:val="0"/>
          <w:sz w:val="26"/>
        </w:rPr>
        <w:t>WRITTEN CONSENT OF THE SOLE MEMBER OF</w:t>
      </w:r>
    </w:p>
    <w:p>
      <w:pPr>
        <w:spacing w:after="0"/>
        <w:jc w:val="center"/>
      </w:pPr>
      <w:r>
        <w:rPr>
          <w:b/>
          <w:i w:val="0"/>
          <w:sz w:val="26"/>
        </w:rPr>
        <w:t>NORTHLIGHT LABS LLC</w:t>
      </w:r>
    </w:p>
    <w:p>
      <w:pPr>
        <w:spacing w:after="40"/>
        <w:jc w:val="center"/>
      </w:pPr>
      <w:r>
        <w:rPr>
          <w:b w:val="0"/>
          <w:i/>
          <w:sz w:val="22"/>
        </w:rPr>
        <w:t>(a Delaware limited liability company)</w:t>
      </w:r>
    </w:p>
    <w:p>
      <w:pPr>
        <w:spacing w:after="240"/>
        <w:jc w:val="center"/>
      </w:pPr>
      <w:r>
        <w:rPr>
          <w:b/>
          <w:i w:val="0"/>
          <w:sz w:val="22"/>
        </w:rPr>
        <w:t>TO DISSOLVE, WIND UP AND CANCEL THE COMPANY</w:t>
      </w:r>
    </w:p>
    <w:p>
      <w:pPr>
        <w:spacing w:after="120"/>
      </w:pPr>
      <w:r>
        <w:rPr>
          <w:b w:val="0"/>
          <w:i w:val="0"/>
          <w:sz w:val="22"/>
        </w:rPr>
        <w:t>The undersigned, being the sole member of Northlight Labs LLC (the "Company"), a limited liability company formed under the Delaware Limited Liability Company Act by filing its Certificate of Formation with the Delaware Secretary of State on March 12, 2024 (file number 0000000), acting by written consent without a meeting as permitted by Section 9.1 of the Company's operating agreement dated March 12, 2024, adopts the following resolutions, effective February 10, 2027:</w:t>
      </w:r>
    </w:p>
    <w:p>
      <w:pPr>
        <w:spacing w:after="120"/>
      </w:pPr>
      <w:r>
        <w:rPr>
          <w:b/>
          <w:i w:val="0"/>
          <w:sz w:val="22"/>
        </w:rPr>
        <w:t>1. Dissolution</w:t>
      </w:r>
    </w:p>
    <w:p>
      <w:pPr>
        <w:spacing w:after="120"/>
      </w:pPr>
      <w:r>
        <w:rPr>
          <w:b w:val="0"/>
          <w:i w:val="0"/>
          <w:sz w:val="22"/>
        </w:rPr>
        <w:t>RESOLVED, that the Company is dissolved effective February 10, 2027 under Section 9.1 of the operating agreement and 6 Del. C. §18-801(a), and its affairs shall be wound up.</w:t>
      </w:r>
    </w:p>
    <w:p>
      <w:pPr>
        <w:spacing w:after="120"/>
      </w:pPr>
      <w:r>
        <w:rPr>
          <w:b/>
          <w:i w:val="0"/>
          <w:sz w:val="22"/>
        </w:rPr>
        <w:t>2. Person winding up</w:t>
      </w:r>
    </w:p>
    <w:p>
      <w:pPr>
        <w:spacing w:after="120"/>
      </w:pPr>
      <w:r>
        <w:rPr>
          <w:b w:val="0"/>
          <w:i w:val="0"/>
          <w:sz w:val="22"/>
        </w:rPr>
        <w:t>RESOLVED, that Maya Chen, the sole member (the "Authorized Person") is appointed to wind up the Company's affairs under 6 Del. C. §18-803, with authority, in the name of and for the Company, to settle and close its business, collect amounts owed to it, dispose of and transfer its property, and pay or make reasonable provision for its liabilities.</w:t>
      </w:r>
    </w:p>
    <w:p>
      <w:pPr>
        <w:spacing w:after="120"/>
      </w:pPr>
      <w:r>
        <w:rPr>
          <w:b/>
          <w:i w:val="0"/>
          <w:sz w:val="22"/>
        </w:rPr>
        <w:t>3. Creditors first, then distributions</w:t>
      </w:r>
    </w:p>
    <w:p>
      <w:pPr>
        <w:spacing w:after="120"/>
      </w:pPr>
      <w:r>
        <w:rPr>
          <w:b w:val="0"/>
          <w:i w:val="0"/>
          <w:sz w:val="22"/>
        </w:rPr>
        <w:t>RESOLVED, that the Authorized Person shall pay, or make reasonable provision to pay, all known claims and obligations of the Company as required by 6 Del. C. §18-804(b), including claims likely to arise within 10 years after dissolution before distributing any remaining assets, and shall then distribute remaining assets in the order in 6 Del. C. §18-804(a). The Authorized Person shall record the date and amount of each distribution.</w:t>
      </w:r>
    </w:p>
    <w:p>
      <w:pPr>
        <w:spacing w:after="120"/>
      </w:pPr>
      <w:r>
        <w:rPr>
          <w:b/>
          <w:i w:val="0"/>
          <w:sz w:val="22"/>
        </w:rPr>
        <w:t>4. State taxes and state filing</w:t>
      </w:r>
    </w:p>
    <w:p>
      <w:pPr>
        <w:spacing w:after="120"/>
      </w:pPr>
      <w:r>
        <w:rPr>
          <w:b w:val="0"/>
          <w:i w:val="0"/>
          <w:sz w:val="22"/>
        </w:rPr>
        <w:t>RESOLVED, that the Authorized Person is authorized to obtain a payoff figure from the Delaware Division of Corporations and pay all annual LLC tax through the effective date of cancellation, including the full tax for calendar year 2027 and, once winding up is complete, to sign and file a Certificate of Cancellation under 6 Del. C. §18-203, and to pay the related filing fees from the Company's funds.</w:t>
      </w:r>
    </w:p>
    <w:p>
      <w:pPr>
        <w:spacing w:after="120"/>
      </w:pPr>
      <w:r>
        <w:rPr>
          <w:b/>
          <w:i w:val="0"/>
          <w:sz w:val="22"/>
        </w:rPr>
        <w:t>5. Federal and other filings</w:t>
      </w:r>
    </w:p>
    <w:p>
      <w:pPr>
        <w:spacing w:after="120"/>
      </w:pPr>
      <w:r>
        <w:rPr>
          <w:b w:val="0"/>
          <w:i w:val="0"/>
          <w:sz w:val="22"/>
        </w:rPr>
        <w:t>RESOLVED, that the Authorized Person is authorized to prepare, sign (where permitted) and file the Company's final U.S. federal information and tax returns, including, if required, a final pro forma Form 1120 with Form 5472 marked as a final return; any final employment tax and information returns; any withdrawal or cancellation in another state where the Company is registered; and, after the final return is filed, a letter to the Internal Revenue Service asking it to close the Company's business account.</w:t>
      </w:r>
    </w:p>
    <w:p>
      <w:pPr>
        <w:spacing w:after="120"/>
      </w:pPr>
      <w:r>
        <w:rPr>
          <w:b/>
          <w:i w:val="0"/>
          <w:sz w:val="22"/>
        </w:rPr>
        <w:t>6. Accounts, agent and records</w:t>
      </w:r>
    </w:p>
    <w:p>
      <w:pPr>
        <w:spacing w:after="120"/>
      </w:pPr>
      <w:r>
        <w:rPr>
          <w:b w:val="0"/>
          <w:i w:val="0"/>
          <w:sz w:val="22"/>
        </w:rPr>
        <w:t>RESOLVED, that the Authorized Person is authorized to close the Company's bank, payment and platform accounts after final payments clear; to keep the Company's registered agent until the state filing is effective and then end that service; and that Maya Chen, Toronto, Ontario, Canada shall keep the Company's books and records, including this consent, the filed state document, the final returns and proof of filing.</w:t>
      </w:r>
    </w:p>
    <w:p>
      <w:pPr>
        <w:spacing w:after="120"/>
      </w:pPr>
      <w:r>
        <w:rPr>
          <w:b/>
          <w:i w:val="0"/>
          <w:sz w:val="22"/>
        </w:rPr>
        <w:t>7. General authority</w:t>
      </w:r>
    </w:p>
    <w:p>
      <w:pPr>
        <w:spacing w:after="120"/>
      </w:pPr>
      <w:r>
        <w:rPr>
          <w:b w:val="0"/>
          <w:i w:val="0"/>
          <w:sz w:val="22"/>
        </w:rPr>
        <w:t>RESOLVED, that the Authorized Person is authorized to take any other action and sign any other document reasonably necessary to carry out these resolutions, and all prior actions consistent with them are ratified. This consent may be signed in counterparts and delivered electronically to the extent the operating agreement and applicable law allow.</w:t>
      </w:r>
    </w:p>
    <w:p/>
    <w:p>
      <w:pPr>
        <w:spacing w:after="0"/>
      </w:pPr>
      <w:r>
        <w:rPr>
          <w:b w:val="0"/>
          <w:i w:val="0"/>
          <w:sz w:val="22"/>
        </w:rPr>
        <w:t>______________________________________</w:t>
      </w:r>
    </w:p>
    <w:p>
      <w:pPr>
        <w:spacing w:after="0"/>
      </w:pPr>
      <w:r>
        <w:rPr>
          <w:b w:val="0"/>
          <w:i w:val="0"/>
          <w:sz w:val="22"/>
        </w:rPr>
        <w:t>Name: Maya Chen</w:t>
      </w:r>
    </w:p>
    <w:p>
      <w:pPr>
        <w:spacing w:after="0"/>
      </w:pPr>
      <w:r>
        <w:rPr>
          <w:b w:val="0"/>
          <w:i w:val="0"/>
          <w:sz w:val="22"/>
        </w:rPr>
        <w:t>Capacity: Sole Member</w:t>
      </w:r>
    </w:p>
    <w:p>
      <w:pPr>
        <w:spacing w:after="0"/>
      </w:pPr>
      <w:r>
        <w:rPr>
          <w:b w:val="0"/>
          <w:i w:val="0"/>
          <w:sz w:val="22"/>
        </w:rPr>
        <w:t>Percentage / interest held: 100%</w:t>
      </w:r>
    </w:p>
    <w:p>
      <w:pPr>
        <w:spacing w:after="240"/>
      </w:pPr>
      <w:r>
        <w:rPr>
          <w:b w:val="0"/>
          <w:i w:val="0"/>
          <w:sz w:val="22"/>
        </w:rPr>
        <w:t>Date: February 10, 2027</w:t>
      </w:r>
    </w:p>
    <w:p>
      <w:pPr>
        <w:spacing w:after="120"/>
      </w:pPr>
      <w:r>
        <w:rPr>
          <w:b w:val="0"/>
          <w:i/>
          <w:sz w:val="17"/>
        </w:rPr>
        <w:t>Drafting notes (delete before signing): Delaware — unless your LLC agreement says otherwise, dissolution needs members owning more than 2/3 of the profits interest (6 Del. C. §18-801(a)(3)); claims provision includes claims likely to arise within 10 years (§18-804(b)). Wyoming — dissolution by consent needs ALL members (W.S. 17-29-701(a)(ii)). Your operating agreement can change these rules: follow it. This document is a general template from unboxth.xyz, sources checked 2026-11-02. It is not legal advice; have a lawyer review it if the LLC has debts, disputes, employees, contracts or non-cash assets.</w:t>
      </w:r>
    </w:p>
    <w:sectPr w:rsidR="00FC693F" w:rsidRPr="0006063C" w:rsidSect="00034616">
      <w:pgSz w:w="12240" w:h="15840"/>
      <w:pgMar w:top="1296"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consent to dissolve an LLC (sample)</dc:title>
  <dc:subject/>
  <dc:creator>unboxth.xyz</dc:creator>
  <cp:keywords/>
  <dc:description>generated by python-docx</dc:description>
  <cp:lastModifiedBy/>
  <cp:revision>1</cp:revision>
  <dcterms:created xsi:type="dcterms:W3CDTF">2013-12-23T23:15:00Z</dcterms:created>
  <dcterms:modified xsi:type="dcterms:W3CDTF">2013-12-23T23:15:00Z</dcterms:modified>
  <cp:category/>
</cp:coreProperties>
</file>